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מסביב לעולם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גלובליזציה ולזהות דוגמאות לו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גיאוגרפיות: מפות, כיווני רוח, קווי רוחב ואורך, 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גלובליזציה בתחומי אוכלוסייה, סביבה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ידע בדרך יצירתית באמצעות דרכון מוצר או פוסטר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זו גלובליזציה?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העולם מתחברות ומשפיעות זו על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שהעולם מחובר ומרגיש קטן בזכות תקשורת ומסחר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זו גלובליזציה? – יישום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כוללת גם תקשורת, תרבות ותיירות, לא רק מסחר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חלקי המוצר מיוצרים ומורכבים במדינות שונות ואז נשלחים למכירה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זו גלובליזציה?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מפות, כיווני רוח ויבשות: המסע של החולצה והטלפון – היכרות עם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דרום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מפות, כיווני רוח ויבשות: המסע של החולצה והטלפון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האוקיינוס השקט חובק שטח גדול יותר מכל אוקיינוס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הכותנה גדלה במדינה אחת והבד נתפר במדינה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מפות, כיווני רוח ויבשות: המסע של החולצה והטלפון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מפות, כיווני רוח ויבשות: המסע של החולצה והטלפון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(שדות חקלאיים באסיה)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(בית חרושט לטקסטיל)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(אוניית מטען באוקיינוס)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(חנות בגדים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קווי רוחב ואורך, אקלים וקנה מידה: המסע של הבננה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קווים אופקיים שמודדים מרחק מהמשווה צפונה ודרומה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קווים אנכיים שמחברים בין הקוטב הצפוני לדרומי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קווי רוחב ואורך, אקלים וקנה מידה: המסע של הבננה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 המשווה מחלק את כדור הארץ לחצי כדור צפוני ודרומי, וערכו תמיד 0 מעלות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ככלל, ככל שמתרחקים מהמשווה האקלים נהיה קריר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קווי רוחב ואורך, אקלים וקנה מידה: המסע של הבננה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קווי רוחב ואורך, אקלים וקנה מידה: המסע של הבננה – יישום בעולם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חם ולח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עולם מחובר: תקשורת, תיירות ואזורי זמן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סיבוב כדור הארץ סביב צירו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שיחה מיידית בין אנשים ביבשות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עולם מחובר: תקשורת, תיירות ואזורי זמן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עולם מחובר: תקשורת, תיירות ואזורי זמן – התאמה והבדלי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(חלוקה של כדור הארץ לפי מיקום 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(יצירת קשר מיידי בין אנשים רחוקים)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(נסיעה קלה ונפוצה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 שבו משתנה התאריך בין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עולם מחובר: תקשורת, תיירות ואזורי זמן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בגלל אזורי הזמן השונים, במדינות אחרות יכול להיות בוקר, ערב או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אוכלוסייה, הגירה ומשאבים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של אנשים ממקום מגורים אחד למקום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בתוך אותה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שגורם לאנשים לעזוב את מקום המגורים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ויצירה: דרכון המוצר וקמפיין – זוכרים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כפר גלובלי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מדינות ויבשות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לאתר מיקום מדויק על פני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מוצר קונקרטי (כמו חולצה או טלפון) ותסביר קשר בין מדינות שונות בייצור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תסביר שקווי רוחב אופקיים וקווי אורך אנכיים, וששילוב שניהם נותן מיקום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תיתן דוגמה אמיתית מהיחידה, למשל הגירה לעבודה מול זיהום סביבתי מתחבורה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1-3 ולדלג על קריאת גרפים 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להעמיק בפרק הדילמות ולבקש נימוק מורחב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דרכון המוצר כסיכום יצירתי לאחר השלמת כל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מסביב לעולם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הפרקים לפי הסדר, כל פרק מתבסס על קודמו. ענו בעצמכם לפני שבודקים, ובסיום כל פרק נסו לסכם במשפט אחד מה 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תאריך  ·  אסיה  ·  משווה  ·  10  ·  תלויות  ·  אסיה  ·  מתקדם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זו גלובליזציה?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שבו מדינות העולם מתחברות ומשפיעות זו על 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בניית ערים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בביטוי "כפר גלובלי"?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שכל אנשי העולם גרים בכפר אחד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שהעולם מחובר ומרגיש קטן בזכות תקשורת ומסחר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שאין יותר ערים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זו גלובליזציה? – יישום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קשורה רק למסחר בין מדינות ולא לתקשורת או לתרבות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בזכות הגלובליזציה מוצר אחד יכול לעבור כמה מדינות לפני שהוא מגיע לחנות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זו גלובליזציה?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הגלובליזציה גורמת לכך שמדינות העולם הופכות להיות יותר __________ זו בזו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מפות, כיווני רוח ויבשות: המסע של החולצה והטלפון – היכרות עם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הכיוון הנגדי לצפון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מפות, כיווני רוח ויבשות: המסע של החולצה והטלפון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האוקיינוס השקט הוא האוקיינוס הגדול ביותר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חולצה טיפוסית עוברת תהליך ייצור שלם במדינה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מפות, כיווני רוח ויבשות: המסע של החולצה והטלפון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הכותנה לייצור חולצות רבות גדלה בעיקר ביבשת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הרכבת החלקים של טלפונים חכמים רבים מתבצעת ביבשת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מפות, כיווני רוח ויבשות: המסע של החולצה והטלפון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גידול הכותנה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חנות בגדים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תפירת הבד לחולצה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שדות חקלאיים באסיה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שילוח המוצר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 חרושט לטקסטיל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מכירת החולצה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אוניית מטען באוקיינוס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קווי רוחב ואורך, אקלים וקנה מידה: המסע של הבננה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קווי הרוחב?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קווים אופקיים שמודדים מרחק מהמשווה צפונה ודרומה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קווים אנכיים שמודדים מרחק ממזרח למערב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קווים שמראים גבולות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מהם קווי האורך?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קווים אופקיים שמודדים מרחק מהמשווה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קווים אנכיים שמחברים בין הקוטב הצפוני לדרומי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קווים שמראים את גובה ההרים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קווי רוחב ואורך, אקלים וקנה מידה: המסע של הבננה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 המשווה הוא קו הרוחב שערכו 0 מעלות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שמתרחקים מקו המשווה כלפי הקטבים, בדרך כלל האקלים נהיה חם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קווי רוחב ואורך, אקלים וקנה מידה: המסע של הבננה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 ה__________ מחלק את כדור הארץ לחצי כדור צפוני וחצי כדור דרומי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במפה עם קנה מידה 1:1,000,000, כל ס״מ על המפה שווה ל-__________ ק״מ במציאות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קווי רוחב ואורך, אקלים וקנה מידה: המסע של הבננה – יישום בעולם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בדרך כלל, אזורים הקרובים לקו המשווה מתאפיינים באקלים: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 ויבש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חם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 ולח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עולם מחובר: תקשורת, תיירות ואזורי זמן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אזורי הזמן בעולם נוצרים בעיקר בגלל: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סיבוב כדור הארץ סביב צירו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גודל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כמות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בערך כמה אזורי זמן יש בעולם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תקשורת גלובלית מאפשרת: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שיחה מיידית בין אנשים ביבשות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נסיעה מהירה יותר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מזג אוויר אחיד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עולם מחובר: תקשורת, תיירות ואזורי זמן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נוסעים מזרחה וחוצים אזורי זמן, השעון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 ה__________ הבינלאומי הוא קו דמיוני שבו משנים את התאריך בין יום אחד למשנהו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עולם מחובר: תקשורת, תיירות ואזורי זמן – התאמה והבדלי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אזור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יצירת קשר מיידי בין אנשים רחוקים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תקשורת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 שבו משתנה התאריך בין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תיירות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חלוקה של כדור הארץ לפי מיקום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 התאריך הבינלאומי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נסיעה קלה ונפוצה בין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עולם מחובר: תקשורת, תיירות ואזורי זמן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כשבישראל צהריים, בכל מדינות העולם גם כן צהריים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אוכלוסייה, הגירה ומשאבים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מעבר של אנשים ממקום מגורים אחד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גידול טבעי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ירידה בכמות המשאבים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הגירה פנימית היא מעבר של אנשים...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בין 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בין מדינות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בתוך אותה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גורם דחיפה (Push) בהגירה?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שמושך אנשים למקום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שגורם לאנשים לעזוב את מקום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משאב טבעי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סיכום ויצירה: דרכון המוצר וקמפיין – זוכרים מהיחידה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גלובליזציה היא תהליך שבו העולם הופך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כפר גלובלי 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יבשות נפרדות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בלי מסחר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מוצר כמו חולצה או טלפון עובר בדרך כלל דרך...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מדינה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מדינות ויבשות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מפעל אחד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קווי רוחב ואורך עוזרים לנו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לדעת את 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לאתר מיקום מדויק על פני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לספור אוכלוסייה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 דוגמה אחת למוצר שעבר כמה מדינות בדרך אליך והסבר מה זה מלמד על 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הסבר את ההבדל בין קווי רוחב לקווי אורך ואיך הם עוזרים למצוא מיקום על המפה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גלובליזציה: המסע מסביב לעולם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