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גלובליזציה – פעילויות גיאוגרפיות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גלובליזציה: המסע מסביב לעולם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המושג גלובליזציה ולזהות דוגמאות לו בחיי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מיומנויות גיאוגרפיות: מפות, כיווני רוח, קווי רוחב ואורך, קנה 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יתרונות וחסרונות של גלובליזציה בתחומי אוכלוסייה, סביבה ותרבות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להציג ידע בדרך יצירתית באמצעות דרכון מוצר או פוסטר קמפיין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 זו גלובליזציה?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תהליך שבו מדינות העולם מתחברות ומשפיעות זו על 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שהעולם מחובר ומרגיש קטן בזכות תקשורת ומסחר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חולצה שחלקיה מיוצרים במספר מדינות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 זו גלובליזציה? – יישום והבנה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גלובליזציה כוללת גם תקשורת, תרבות ותיירות, לא רק מסחר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חלקי המוצר מיוצרים ומורכבים במדינות שונות ואז נשלחים למכירה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 זו גלובליזציה? – חשיבה והרחבה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גלובלי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מפות, כיווני רוח ויבשות: המסע של החולצה והטלפון – היכרות עם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דרום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צפון, דרום, מזרח, מערב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מפות, כיווני רוח ויבשות: המסע של החולצה והטלפון – בדיקת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האוקיינוס השקט חובק שטח גדול יותר מכל אוקיינוס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בדרך כלל הכותנה גדלה במדינה אחת והבד נתפר במדינה אחרת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מפות, כיווני רוח ויבשות: המסע של החולצה והטלפון – התאמה ומילוי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אסיה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אסיה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מפות, כיווני רוח ויבשות: המסע של החולצה והטלפון – התאמת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(שדות חקלאיים באסיה)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(בית חרושט לטקסטיל)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(אוניית מטען באוקיינוס)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(חנות בגדים בישראל)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קווי רוחב ואורך, אקלים וקנה מידה: המסע של הבננה – היכרות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קווים אופקיים שמודדים מרחק מהמשווה צפונה ודרומה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קווים אנכיים שמחברים בין הקוטב הצפוני לדרומי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קווי רוחב ואורך, אקלים וקנה מידה: המסע של הבננה – בדיקת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קו המשווה מחלק את כדור הארץ לחצי כדור צפוני ודרומי, וערכו תמיד 0 מעלות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ככלל, ככל שמתרחקים מהמשווה האקלים נהיה קריר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קווי רוחב ואורך, אקלים וקנה מידה: המסע של הבננה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קווי רוחב ואורך, אקלים וקנה מידה: המסע של הבננה – יישום בעולם האמיתי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חם ולח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טרופיים, קרוב לקו המשווה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עולם מחובר: תקשורת, תיירות ואזורי זמן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סיבוב כדור הארץ סביב צירו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שיחה מיידית בין אנשים ביבשות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אנשים הנוסעים ומבקרים במדינות אחרות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עולם מחובר: תקשורת, תיירות ואזורי זמן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מתקדם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תאריך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עולם מחובר: תקשורת, תיירות ואזורי זמן – התאמה והבדלי שעות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(חלוקה של כדור הארץ לפי מיקום השמש)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(יצירת קשר מיידי בין אנשים רחוקים)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(נסיעה קלה ונפוצה בין מדינות)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(קו שבו משתנה התאריך בין ימים)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(ההבדל בשעה בין שני מקומות בעולם)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עולם מחובר: תקשורת, תיירות ואזורי זמן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בגלל אזורי הזמן השונים, במדינות אחרות יכול להיות בוקר, ערב או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בגלל הפרשי השעות בין אזורי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אנשים בצדדים שונים של העולם נמצאים בשעות שונות ביממה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אוכלוסייה, הגירה ומשאבים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מעבר של אנשים ממקום מגורים אחד למקום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בתוך אותה 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דבר שגורם לאנשים לעזוב את מקום המגורים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סיכום ויצירה: דרכון המוצר וקמפיין – זוכרים מהיחידה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כפר גלובלי מחובר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כמה מדינות ויבשות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לאתר מיקום מדויק על פני כדור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את היחס בין המרחק במפה למרחק האמיתי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תזכיר מוצר קונקרטי (כמו חולצה או טלפון) ותסביר קשר בין מדינות שונות בייצור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מדויקת תסביר שקווי רוחב אופקיים וקווי אורך אנכיים, וששילוב שניהם נותן מיקום מדויק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תיתן דוגמה אמיתית מהיחידה, למשל הגירה לעבודה מול זיהום סביבתי מתחבורה גלובלית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כמה שיעורים, פרק אחד או שניים בכל פעם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בפרקים 1-3 ולדלג על קריאת גרפים מורכבת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להעמיק בפרק הדילמות ולבקש נימוק מורחב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את משימת דרכון המוצר כסיכום יצירתי לאחר השלמת כל הפרקים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גלובליזציה – פעילויות גיאוגרפיות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גלובליזציה: המסע מסביב לעולם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עבדו על הפרקים לפי הסדר, כל פרק מתבסס על קודמו. ענו בעצמכם לפני שבודקים, ובסיום כל פרק נסו לסכם במשפט אחד מה למדתם.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 זו גלובליזציה?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גלובליזציה?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תהליך שבו מדינות העולם מתחברות ומשפיעות זו על זו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מלחמה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בניית ערים חדשות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שינוי אקלים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הכוונה בביטוי "כפר גלובלי"?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שכל אנשי העולם גרים בכפר אחד ממש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שהעולם מחובר ומרגיש קטן בזכות תקשורת ומסחר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שאין יותר ערים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שכל המדינות מדברות אותה שפה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דוגמה הכי מתאימה לגלובליזציה?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חולצה שחלקיה מיוצרים במספר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פרח שגדל בגינה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 שנכתב ונקרא באותה 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נהר שזורם במדינה אחת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 זו גלובליזציה? – יישום והבנה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גלובליזציה קשורה רק למסחר בין מדינות ולא לתקשורת או לתרבות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בזכות הגלובליזציה מוצר אחד יכול לעבור כמה מדינות לפני שהוא מגיע לחנות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 זו גלובליזציה? – חשיבה והרחבה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הגלובליזציה גורמת לכך שמדינות העולם הופכות להיות יותר __________ זו בזו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חלקים שונים של מוצר אחד מיוצרים במדינות שונות, זהו דוגמה למוצר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מפות, כיווני רוח ויבשות: המסע של החולצה והטלפון – היכרות עם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יבשות יש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הכיוון הנגדי לצפון נקרא: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דרום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מזרח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דרום-מזרח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ארבעת כיווני הרוח העיקריים הם: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צפון, דרום, מזרח, מערב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צפון, דרום, ימין, שמאל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מעלה, מטה, ימין, שמאל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אסיה, אירופה, אפריקה, אמריקה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מפות, כיווני רוח ויבשות: המסע של החולצה והטלפון – בדיקת 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האוקיינוס השקט הוא האוקיינוס הגדול ביותר בעולם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חולצה טיפוסית עוברת תהליך ייצור שלם במדינה אחת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מפות, כיווני רוח ויבשות: המסע של החולצה והטלפון – התאמה ומילוי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הכותנה לייצור חולצות רבות גדלה בעיקר ביבשת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הרכבת החלקים של טלפונים חכמים רבים מתבצעת ביבשת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מפות, כיווני רוח ויבשות: המסע של החולצה והטלפון – התאמת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גידול הכותנה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חנות בגדים בישראל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תפירת הבד לחולצה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אוניית מטען באוקיינוס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שילוח המוצר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בית חרושט לטקסטיל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מכירת החולצה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שדות חקלאיים באסיה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קווי רוחב ואורך, אקלים וקנה מידה: המסע של הבננה – היכרות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מהם קווי הרוחב?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קווים אופקיים שמודדים מרחק מהמשווה צפונה ודרומה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קווים אנכיים שמודדים מרחק ממזרח למערב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קווים שמראים גבולות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קווים שמראים כבישים ראשיים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מהם קווי האורך?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קווים אופקיים שמודדים מרחק מהמשווה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קווים אנכיים שמחברים בין הקוטב הצפוני לדרומי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קווים שמראים את גובה ההרים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קווים שמראים כמות משקעים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קווי רוחב ואורך, אקלים וקנה מידה: המסע של הבננה – בדיקת 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 המשווה הוא קו הרוחב שערכו 0 מעלות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ככל שמתרחקים מקו המשווה כלפי הקטבים, בדרך כלל האקלים נהיה חם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קווי רוחב ואורך, אקלים וקנה מידה: המסע של הבננה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קו ה__________ מחלק את כדור הארץ לחצי כדור צפוני וחצי כדור דרומי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במפה עם קנה מידה 1:1,000,000, כל ס״מ על המפה שווה ל-__________ ק״מ במציאות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קווי רוחב ואורך, אקלים וקנה מידה: המסע של הבננה – יישום בעולם האמיתי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בדרך כלל, אזורים הקרובים לקו המשווה מתאפיינים באקלים: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 ויבש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חם ולח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 ולח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חם ויבש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בננות גדלות בעיקר באזורים: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קרים וסמוך לקטבים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טרופיים, קרוב לקו המשווה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מדבריים ויבשים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באזורים מושלגים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עולם מחובר: תקשורת, תיירות ואזורי זמן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אזורי הזמן בעולם נוצרים בעיקר בגלל: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סיבוב כדור הארץ סביב צירו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גודל היבשות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כמות האוכלוסייה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כיוון הרוחות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בערך כמה אזורי זמן יש בעולם כולו?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תקשורת גלובלית מאפשרת: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שיחה מיידית בין אנשים ביבשות שונות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נסיעה מהירה יותר באוויר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מזג אוויר אחיד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ביטול הצורך בשפות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תיירות גלובלית היא בעיקר: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אנשים הנוסעים ומבקרים במדינות אחרות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סחר במוצרים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שידורי טלוויזיה בינלאומיים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מחקר מדעי משותף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עולם מחובר: תקשורת, תיירות ואזורי זמן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כאשר נוסעים מזרחה וחוצים אזורי זמן, השעון בדרך כלל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קו ה__________ הבינלאומי הוא קו דמיוני שבו משנים את התאריך בין יום אחד למשנהו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כאשר בישראל בוקר, במדינה המרוחקת ממנה באזור זמן אחר יכול להיות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עולם מחובר: תקשורת, תיירות ואזורי זמן – התאמה והבדלי שעות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אזור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יצירת קשר מיידי בין אנשים רחוקים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תקשורת גלובלית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נסיעה קלה ונפוצה בין מדינות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תיירות גלובלית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ההבדל בשעה בין שני מקומות בעולם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קו התאריך הבינלאומי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חלוקה של כדור הארץ לפי מיקום השמש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הפרש שעות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קו שבו משתנה התאריך בין ימים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עולם מחובר: תקשורת, תיירות ואזורי זמן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כשבישראל צהריים, בכל מדינות העולם גם כן צהריים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שטס מישראל למדינה רחוקה צריך בדרך כלל לשנות את השעון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הפרשי שעות בין מדינות יכולים להקשות על קיום פגישות עבודה גלובליות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אוכלוסייה, הגירה ומשאבים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הגירה?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מעבר של אנשים ממקום מגורים אחד למקום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גידול טבעי באוכלוסייה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ירידה בכמות המשאבים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שינוי בקו רוחב של 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הגירה פנימית היא מעבר של אנשים...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בין יבשות שונות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בין מדינות שונות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בתוך אותה 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דרך האוקיינוס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גורם דחיפה (Push) בהגירה?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שמושך אנשים למקום החדש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 שגורם לאנשים לעזוב את מקום המגורים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משאב טבעי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כלי למדידת מרחק על 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מהבאות היא דוגמה למשאב טבעי?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טלפון נייד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6 · סיכום ויצירה: דרכון המוצר וקמפיין – זוכרים מהיחידה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גלובליזציה היא תהליך שבו העולם הופך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כפר גלובלי מחובר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יבשות נפרדות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מקום בלי מסחר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אזור ללא תקשורת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מוצר כמו חולצה או טלפון עובר בדרך כלל דרך...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מדינה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מדינות ויבשות שונות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מפעל אחד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ללא שום הובלה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קווי רוחב ואורך עוזרים לנו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לדעת את מחיר המוצר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לאתר מיקום מדויק על פני כדור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לספור אוכלוסייה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למדוד טמפרטורה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קנה מידה במפה מראה לנו...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צבעי היבשות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היחס בין המרחק במפה למרחק האמיתי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שם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כמות התושבים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תן דוגמה אחת למוצר שעבר כמה מדינות בדרך אליך והסבר מה זה מלמד על גלובליזציה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הסבר את ההבדל בין קווי רוחב לקווי אורך ואיך הם עוזרים למצוא מיקום על המפה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ציין יתרון אחד וחיסרון אחד של גלובליזציה מתחום האוכלוסייה או הסביבה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גלובליזציה: המסע מסביב לעולם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